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73E244" w14:textId="7CD8B519" w:rsidR="00F30E2E" w:rsidRPr="006F5383" w:rsidRDefault="00CA4499" w:rsidP="00CA4499">
      <w:pPr>
        <w:pStyle w:val="Titre1"/>
        <w:spacing w:before="0"/>
        <w:jc w:val="center"/>
        <w:rPr>
          <w:rFonts w:ascii="Aptos" w:hAnsi="Aptos"/>
          <w:lang w:val="fr-FR"/>
        </w:rPr>
      </w:pPr>
      <w:r w:rsidRPr="006F5383">
        <w:rPr>
          <w:rFonts w:ascii="Aptos" w:hAnsi="Aptos"/>
          <w:lang w:val="fr-FR"/>
        </w:rPr>
        <w:t>Éclaircissement des moments compliqués</w:t>
      </w:r>
    </w:p>
    <w:p w14:paraId="645CE3E5" w14:textId="0A97F283" w:rsidR="00CA4499" w:rsidRPr="006F5383" w:rsidRDefault="00CA4499" w:rsidP="00CA4499">
      <w:pPr>
        <w:rPr>
          <w:rFonts w:ascii="Aptos" w:hAnsi="Aptos"/>
          <w:b/>
          <w:bCs/>
          <w:lang w:val="fr-FR"/>
        </w:rPr>
      </w:pPr>
      <w:r w:rsidRPr="006F5383">
        <w:rPr>
          <w:rFonts w:ascii="Aptos" w:hAnsi="Aptos"/>
          <w:b/>
          <w:bCs/>
          <w:lang w:val="fr-FR"/>
        </w:rPr>
        <w:t>Instructions</w:t>
      </w:r>
    </w:p>
    <w:p w14:paraId="725173FE" w14:textId="421FB5DE" w:rsidR="004544ED" w:rsidRPr="006F5383" w:rsidRDefault="004544ED" w:rsidP="004544ED">
      <w:pPr>
        <w:spacing w:after="0"/>
        <w:rPr>
          <w:rFonts w:ascii="Aptos" w:hAnsi="Aptos"/>
          <w:lang w:val="fr-FR"/>
        </w:rPr>
      </w:pPr>
      <w:r w:rsidRPr="006F5383">
        <w:rPr>
          <w:rFonts w:ascii="Aptos" w:hAnsi="Aptos"/>
          <w:lang w:val="fr-FR"/>
        </w:rPr>
        <w:t>- Cet exercice aide à mieux identifier les situations qui vous posent problèmes.</w:t>
      </w:r>
    </w:p>
    <w:p w14:paraId="5A9FA28E" w14:textId="77777777" w:rsidR="00CA4499" w:rsidRPr="006F5383" w:rsidRDefault="00CA4499" w:rsidP="004544ED">
      <w:pPr>
        <w:spacing w:after="0"/>
        <w:rPr>
          <w:rFonts w:ascii="Aptos" w:hAnsi="Aptos"/>
          <w:lang w:val="fr-FR"/>
        </w:rPr>
      </w:pPr>
      <w:r w:rsidRPr="006F5383">
        <w:rPr>
          <w:rFonts w:ascii="Aptos" w:hAnsi="Aptos"/>
          <w:lang w:val="fr-FR"/>
        </w:rPr>
        <w:t>- Remplissez ce tableau dès qu’une émotion négative marquée se manifeste.</w:t>
      </w:r>
    </w:p>
    <w:p w14:paraId="28169989" w14:textId="2D00E762" w:rsidR="006F5383" w:rsidRPr="006F5383" w:rsidRDefault="00CA4499" w:rsidP="006F5383">
      <w:pPr>
        <w:spacing w:after="0"/>
        <w:rPr>
          <w:rFonts w:ascii="Aptos" w:hAnsi="Aptos"/>
          <w:lang w:val="fr-FR"/>
        </w:rPr>
      </w:pPr>
      <w:r w:rsidRPr="006F5383">
        <w:rPr>
          <w:rFonts w:ascii="Aptos" w:hAnsi="Aptos"/>
          <w:lang w:val="fr-FR"/>
        </w:rPr>
        <w:t>- Essayez d’être aussi précis que possible dans la description de chaque colonne.</w:t>
      </w:r>
    </w:p>
    <w:tbl>
      <w:tblPr>
        <w:tblStyle w:val="Grilledutableau"/>
        <w:tblpPr w:leftFromText="141" w:rightFromText="141" w:vertAnchor="text" w:horzAnchor="margin" w:tblpY="189"/>
        <w:tblW w:w="14786" w:type="dxa"/>
        <w:tblLayout w:type="fixed"/>
        <w:tblLook w:val="04A0" w:firstRow="1" w:lastRow="0" w:firstColumn="1" w:lastColumn="0" w:noHBand="0" w:noVBand="1"/>
      </w:tblPr>
      <w:tblGrid>
        <w:gridCol w:w="3717"/>
        <w:gridCol w:w="2684"/>
        <w:gridCol w:w="2756"/>
        <w:gridCol w:w="3131"/>
        <w:gridCol w:w="2498"/>
      </w:tblGrid>
      <w:tr w:rsidR="00D56F95" w:rsidRPr="00CA4499" w14:paraId="72CC77ED" w14:textId="77777777" w:rsidTr="006F5383">
        <w:trPr>
          <w:trHeight w:val="534"/>
        </w:trPr>
        <w:tc>
          <w:tcPr>
            <w:tcW w:w="3717" w:type="dxa"/>
            <w:vAlign w:val="center"/>
          </w:tcPr>
          <w:p w14:paraId="15FDD0BF" w14:textId="77777777" w:rsidR="00612C46" w:rsidRPr="0091525E" w:rsidRDefault="00612C46" w:rsidP="00612C46">
            <w:pPr>
              <w:jc w:val="center"/>
              <w:rPr>
                <w:rFonts w:ascii="Aptos" w:hAnsi="Aptos"/>
                <w:b/>
                <w:bCs/>
              </w:rPr>
            </w:pPr>
            <w:r w:rsidRPr="0091525E">
              <w:rPr>
                <w:rFonts w:ascii="Aptos" w:hAnsi="Aptos"/>
                <w:b/>
                <w:bCs/>
              </w:rPr>
              <w:t>SITUATION</w:t>
            </w:r>
          </w:p>
        </w:tc>
        <w:tc>
          <w:tcPr>
            <w:tcW w:w="2684" w:type="dxa"/>
            <w:vAlign w:val="center"/>
          </w:tcPr>
          <w:p w14:paraId="453DDB4B" w14:textId="77777777" w:rsidR="00612C46" w:rsidRPr="0091525E" w:rsidRDefault="00612C46" w:rsidP="00612C46">
            <w:pPr>
              <w:jc w:val="center"/>
              <w:rPr>
                <w:rFonts w:ascii="Aptos" w:hAnsi="Aptos"/>
                <w:b/>
                <w:bCs/>
              </w:rPr>
            </w:pPr>
            <w:r w:rsidRPr="0091525E">
              <w:rPr>
                <w:rFonts w:ascii="Aptos" w:hAnsi="Aptos"/>
                <w:b/>
                <w:bCs/>
              </w:rPr>
              <w:t>ÉMOTIONS</w:t>
            </w:r>
          </w:p>
        </w:tc>
        <w:tc>
          <w:tcPr>
            <w:tcW w:w="2756" w:type="dxa"/>
            <w:vAlign w:val="center"/>
          </w:tcPr>
          <w:p w14:paraId="7112B704" w14:textId="77777777" w:rsidR="00612C46" w:rsidRPr="0091525E" w:rsidRDefault="00612C46" w:rsidP="00612C46">
            <w:pPr>
              <w:jc w:val="center"/>
              <w:rPr>
                <w:rFonts w:ascii="Aptos" w:hAnsi="Aptos"/>
                <w:b/>
                <w:bCs/>
              </w:rPr>
            </w:pPr>
            <w:r w:rsidRPr="0091525E">
              <w:rPr>
                <w:rFonts w:ascii="Aptos" w:hAnsi="Aptos"/>
                <w:b/>
                <w:bCs/>
              </w:rPr>
              <w:t>PENSÉES AUTOMATIQUES</w:t>
            </w:r>
          </w:p>
        </w:tc>
        <w:tc>
          <w:tcPr>
            <w:tcW w:w="3131" w:type="dxa"/>
            <w:vAlign w:val="center"/>
          </w:tcPr>
          <w:p w14:paraId="76040E6F" w14:textId="77777777" w:rsidR="00612C46" w:rsidRPr="0091525E" w:rsidRDefault="00612C46" w:rsidP="00612C46">
            <w:pPr>
              <w:jc w:val="center"/>
              <w:rPr>
                <w:rFonts w:ascii="Aptos" w:hAnsi="Aptos"/>
                <w:b/>
                <w:bCs/>
              </w:rPr>
            </w:pPr>
            <w:r w:rsidRPr="0091525E">
              <w:rPr>
                <w:rFonts w:ascii="Aptos" w:hAnsi="Aptos"/>
                <w:b/>
                <w:bCs/>
              </w:rPr>
              <w:t>COMPORTEMENTS</w:t>
            </w:r>
          </w:p>
        </w:tc>
        <w:tc>
          <w:tcPr>
            <w:tcW w:w="2498" w:type="dxa"/>
            <w:vAlign w:val="center"/>
          </w:tcPr>
          <w:p w14:paraId="14AAAD71" w14:textId="77777777" w:rsidR="00612C46" w:rsidRPr="0091525E" w:rsidRDefault="00612C46" w:rsidP="00612C46">
            <w:pPr>
              <w:jc w:val="center"/>
              <w:rPr>
                <w:rFonts w:ascii="Aptos" w:hAnsi="Aptos"/>
                <w:b/>
                <w:bCs/>
              </w:rPr>
            </w:pPr>
            <w:r w:rsidRPr="0091525E">
              <w:rPr>
                <w:rFonts w:ascii="Aptos" w:hAnsi="Aptos"/>
                <w:b/>
                <w:bCs/>
              </w:rPr>
              <w:t>CONSÉQUENCES</w:t>
            </w:r>
          </w:p>
        </w:tc>
      </w:tr>
      <w:tr w:rsidR="00D56F95" w:rsidRPr="006F5383" w14:paraId="588EA636" w14:textId="77777777" w:rsidTr="006F5383">
        <w:trPr>
          <w:trHeight w:val="2016"/>
        </w:trPr>
        <w:tc>
          <w:tcPr>
            <w:tcW w:w="3717" w:type="dxa"/>
          </w:tcPr>
          <w:p w14:paraId="2921C1ED" w14:textId="77777777" w:rsidR="00612C46" w:rsidRPr="006F5383" w:rsidRDefault="00612C46" w:rsidP="00E03A39">
            <w:pPr>
              <w:rPr>
                <w:rFonts w:ascii="Aptos" w:hAnsi="Aptos"/>
                <w:lang w:val="fr-FR"/>
              </w:rPr>
            </w:pPr>
            <w:r w:rsidRPr="006F5383">
              <w:rPr>
                <w:rFonts w:ascii="Aptos" w:hAnsi="Aptos"/>
                <w:lang w:val="fr-FR"/>
              </w:rPr>
              <w:t>Décrivez précisément l’évènement (ou le fil d’idées, de pensées ou de souvenirs) qui a produit l’émotion déplaisante.</w:t>
            </w:r>
          </w:p>
        </w:tc>
        <w:tc>
          <w:tcPr>
            <w:tcW w:w="2684" w:type="dxa"/>
          </w:tcPr>
          <w:p w14:paraId="0F195A45" w14:textId="77777777" w:rsidR="00612C46" w:rsidRPr="006F5383" w:rsidRDefault="00612C46" w:rsidP="00E03A39">
            <w:pPr>
              <w:rPr>
                <w:rFonts w:ascii="Aptos" w:hAnsi="Aptos"/>
                <w:lang w:val="fr-FR"/>
              </w:rPr>
            </w:pPr>
            <w:r w:rsidRPr="006F5383">
              <w:rPr>
                <w:rFonts w:ascii="Aptos" w:hAnsi="Aptos"/>
                <w:lang w:val="fr-FR"/>
              </w:rPr>
              <w:t>-Quelle est l’émotion ressentie ? (Exemples : colère, tristesse, peur, honte, culpabilité…)</w:t>
            </w:r>
            <w:r w:rsidRPr="006F5383">
              <w:rPr>
                <w:rFonts w:ascii="Aptos" w:hAnsi="Aptos"/>
                <w:lang w:val="fr-FR"/>
              </w:rPr>
              <w:br/>
              <w:t>-Quelle est son intensité sur une échelle de 0 à 10 ?</w:t>
            </w:r>
          </w:p>
        </w:tc>
        <w:tc>
          <w:tcPr>
            <w:tcW w:w="2756" w:type="dxa"/>
          </w:tcPr>
          <w:p w14:paraId="5AA8D33E" w14:textId="77777777" w:rsidR="00612C46" w:rsidRPr="006F5383" w:rsidRDefault="00612C46" w:rsidP="00E03A39">
            <w:pPr>
              <w:rPr>
                <w:rFonts w:ascii="Aptos" w:hAnsi="Aptos"/>
                <w:lang w:val="fr-FR"/>
              </w:rPr>
            </w:pPr>
            <w:r w:rsidRPr="006F5383">
              <w:rPr>
                <w:rFonts w:ascii="Aptos" w:hAnsi="Aptos"/>
                <w:lang w:val="fr-FR"/>
              </w:rPr>
              <w:t>-Quelle pensée a précédé, suivi ou accompagné l’émotion ?</w:t>
            </w:r>
          </w:p>
          <w:p w14:paraId="19BCEAFC" w14:textId="77777777" w:rsidR="00612C46" w:rsidRPr="006F5383" w:rsidRDefault="00612C46" w:rsidP="00E03A39">
            <w:pPr>
              <w:rPr>
                <w:rFonts w:ascii="Aptos" w:hAnsi="Aptos"/>
                <w:lang w:val="fr-FR"/>
              </w:rPr>
            </w:pPr>
            <w:r w:rsidRPr="006F5383">
              <w:rPr>
                <w:rFonts w:ascii="Aptos" w:hAnsi="Aptos"/>
                <w:lang w:val="fr-FR"/>
              </w:rPr>
              <w:t>-Qu’est-ce que vous vous êtes dit ?</w:t>
            </w:r>
          </w:p>
        </w:tc>
        <w:tc>
          <w:tcPr>
            <w:tcW w:w="3131" w:type="dxa"/>
          </w:tcPr>
          <w:p w14:paraId="7F8F89E1" w14:textId="77777777" w:rsidR="00612C46" w:rsidRPr="006F5383" w:rsidRDefault="00612C46" w:rsidP="00E03A39">
            <w:pPr>
              <w:rPr>
                <w:rFonts w:ascii="Aptos" w:hAnsi="Aptos"/>
                <w:lang w:val="fr-FR"/>
              </w:rPr>
            </w:pPr>
            <w:r w:rsidRPr="006F5383">
              <w:rPr>
                <w:rFonts w:ascii="Aptos" w:hAnsi="Aptos"/>
                <w:lang w:val="fr-FR"/>
              </w:rPr>
              <w:t>-Quels comportements avez-vous adoptés ? (Exemples : évitement, confrontation, rumination, demande de réassurance, distraction…)</w:t>
            </w:r>
          </w:p>
        </w:tc>
        <w:tc>
          <w:tcPr>
            <w:tcW w:w="2498" w:type="dxa"/>
          </w:tcPr>
          <w:p w14:paraId="40A96FC1" w14:textId="77777777" w:rsidR="00612C46" w:rsidRPr="006F5383" w:rsidRDefault="00612C46" w:rsidP="00E03A39">
            <w:pPr>
              <w:rPr>
                <w:rFonts w:ascii="Aptos" w:hAnsi="Aptos"/>
                <w:lang w:val="fr-FR"/>
              </w:rPr>
            </w:pPr>
            <w:r w:rsidRPr="006F5383">
              <w:rPr>
                <w:rFonts w:ascii="Aptos" w:hAnsi="Aptos"/>
                <w:lang w:val="fr-FR"/>
              </w:rPr>
              <w:t>-Quelles ont été les conséquences immédiates et à long terme ?</w:t>
            </w:r>
          </w:p>
          <w:p w14:paraId="3F31120F" w14:textId="77777777" w:rsidR="00612C46" w:rsidRPr="006F5383" w:rsidRDefault="00612C46" w:rsidP="00E03A39">
            <w:pPr>
              <w:rPr>
                <w:rFonts w:ascii="Aptos" w:hAnsi="Aptos"/>
                <w:lang w:val="fr-FR"/>
              </w:rPr>
            </w:pPr>
            <w:r w:rsidRPr="006F5383">
              <w:rPr>
                <w:rFonts w:ascii="Aptos" w:hAnsi="Aptos"/>
                <w:lang w:val="fr-FR"/>
              </w:rPr>
              <w:t>-L’émotion a-t-elle diminué ou augmenté ? -Comment vous êtes-vous senti(e) ensuite ?</w:t>
            </w:r>
          </w:p>
        </w:tc>
      </w:tr>
      <w:tr w:rsidR="00612C46" w:rsidRPr="006F5383" w14:paraId="4408607F" w14:textId="77777777" w:rsidTr="006F5383">
        <w:trPr>
          <w:trHeight w:val="1003"/>
        </w:trPr>
        <w:tc>
          <w:tcPr>
            <w:tcW w:w="3717" w:type="dxa"/>
          </w:tcPr>
          <w:p w14:paraId="738B3A82" w14:textId="77777777" w:rsidR="00612C46" w:rsidRPr="006F5383" w:rsidRDefault="00612C46" w:rsidP="00612C46">
            <w:pPr>
              <w:rPr>
                <w:rFonts w:ascii="Aptos" w:hAnsi="Aptos"/>
                <w:lang w:val="fr-FR"/>
              </w:rPr>
            </w:pPr>
          </w:p>
        </w:tc>
        <w:tc>
          <w:tcPr>
            <w:tcW w:w="2684" w:type="dxa"/>
          </w:tcPr>
          <w:p w14:paraId="3F5085B6" w14:textId="77777777" w:rsidR="00612C46" w:rsidRPr="006F5383" w:rsidRDefault="00612C46" w:rsidP="00612C46">
            <w:pPr>
              <w:rPr>
                <w:rFonts w:ascii="Aptos" w:hAnsi="Aptos"/>
                <w:lang w:val="fr-FR"/>
              </w:rPr>
            </w:pPr>
          </w:p>
        </w:tc>
        <w:tc>
          <w:tcPr>
            <w:tcW w:w="2756" w:type="dxa"/>
          </w:tcPr>
          <w:p w14:paraId="0F2673F5" w14:textId="77777777" w:rsidR="00612C46" w:rsidRPr="006F5383" w:rsidRDefault="00612C46" w:rsidP="00612C46">
            <w:pPr>
              <w:rPr>
                <w:rFonts w:ascii="Aptos" w:hAnsi="Aptos"/>
                <w:lang w:val="fr-FR"/>
              </w:rPr>
            </w:pPr>
          </w:p>
        </w:tc>
        <w:tc>
          <w:tcPr>
            <w:tcW w:w="3131" w:type="dxa"/>
          </w:tcPr>
          <w:p w14:paraId="513B3381" w14:textId="77777777" w:rsidR="00612C46" w:rsidRPr="006F5383" w:rsidRDefault="00612C46" w:rsidP="00612C46">
            <w:pPr>
              <w:rPr>
                <w:rFonts w:ascii="Aptos" w:hAnsi="Aptos"/>
                <w:lang w:val="fr-FR"/>
              </w:rPr>
            </w:pPr>
          </w:p>
        </w:tc>
        <w:tc>
          <w:tcPr>
            <w:tcW w:w="2498" w:type="dxa"/>
          </w:tcPr>
          <w:p w14:paraId="6733A9DD" w14:textId="77777777" w:rsidR="00612C46" w:rsidRPr="006F5383" w:rsidRDefault="00612C46" w:rsidP="00612C46">
            <w:pPr>
              <w:rPr>
                <w:rFonts w:ascii="Aptos" w:hAnsi="Aptos"/>
                <w:lang w:val="fr-FR"/>
              </w:rPr>
            </w:pPr>
          </w:p>
        </w:tc>
      </w:tr>
      <w:tr w:rsidR="00612C46" w:rsidRPr="006F5383" w14:paraId="2093E753" w14:textId="77777777" w:rsidTr="006F5383">
        <w:trPr>
          <w:trHeight w:val="899"/>
        </w:trPr>
        <w:tc>
          <w:tcPr>
            <w:tcW w:w="3717" w:type="dxa"/>
          </w:tcPr>
          <w:p w14:paraId="106AC07B" w14:textId="77777777" w:rsidR="00612C46" w:rsidRPr="006F5383" w:rsidRDefault="00612C46" w:rsidP="00612C46">
            <w:pPr>
              <w:rPr>
                <w:rFonts w:ascii="Aptos" w:hAnsi="Aptos"/>
                <w:lang w:val="fr-FR"/>
              </w:rPr>
            </w:pPr>
          </w:p>
        </w:tc>
        <w:tc>
          <w:tcPr>
            <w:tcW w:w="2684" w:type="dxa"/>
          </w:tcPr>
          <w:p w14:paraId="6A66E814" w14:textId="77777777" w:rsidR="00612C46" w:rsidRPr="006F5383" w:rsidRDefault="00612C46" w:rsidP="00612C46">
            <w:pPr>
              <w:rPr>
                <w:rFonts w:ascii="Aptos" w:hAnsi="Aptos"/>
                <w:lang w:val="fr-FR"/>
              </w:rPr>
            </w:pPr>
          </w:p>
        </w:tc>
        <w:tc>
          <w:tcPr>
            <w:tcW w:w="2756" w:type="dxa"/>
          </w:tcPr>
          <w:p w14:paraId="08E2265A" w14:textId="77777777" w:rsidR="00612C46" w:rsidRPr="006F5383" w:rsidRDefault="00612C46" w:rsidP="00612C46">
            <w:pPr>
              <w:rPr>
                <w:rFonts w:ascii="Aptos" w:hAnsi="Aptos"/>
                <w:lang w:val="fr-FR"/>
              </w:rPr>
            </w:pPr>
          </w:p>
        </w:tc>
        <w:tc>
          <w:tcPr>
            <w:tcW w:w="3131" w:type="dxa"/>
          </w:tcPr>
          <w:p w14:paraId="66E6116D" w14:textId="77777777" w:rsidR="00612C46" w:rsidRPr="006F5383" w:rsidRDefault="00612C46" w:rsidP="00612C46">
            <w:pPr>
              <w:rPr>
                <w:rFonts w:ascii="Aptos" w:hAnsi="Aptos"/>
                <w:lang w:val="fr-FR"/>
              </w:rPr>
            </w:pPr>
          </w:p>
        </w:tc>
        <w:tc>
          <w:tcPr>
            <w:tcW w:w="2498" w:type="dxa"/>
          </w:tcPr>
          <w:p w14:paraId="23376E6C" w14:textId="77777777" w:rsidR="00612C46" w:rsidRPr="006F5383" w:rsidRDefault="00612C46" w:rsidP="00612C46">
            <w:pPr>
              <w:rPr>
                <w:rFonts w:ascii="Aptos" w:hAnsi="Aptos"/>
                <w:lang w:val="fr-FR"/>
              </w:rPr>
            </w:pPr>
          </w:p>
        </w:tc>
      </w:tr>
      <w:tr w:rsidR="00D56F95" w:rsidRPr="006F5383" w14:paraId="5FB4F885" w14:textId="77777777" w:rsidTr="006F5383">
        <w:trPr>
          <w:trHeight w:val="911"/>
        </w:trPr>
        <w:tc>
          <w:tcPr>
            <w:tcW w:w="3717" w:type="dxa"/>
          </w:tcPr>
          <w:p w14:paraId="59B37023" w14:textId="77777777" w:rsidR="00612C46" w:rsidRPr="006F5383" w:rsidRDefault="00612C46" w:rsidP="00612C46">
            <w:pPr>
              <w:rPr>
                <w:rFonts w:ascii="Aptos" w:hAnsi="Aptos"/>
                <w:lang w:val="fr-FR"/>
              </w:rPr>
            </w:pPr>
          </w:p>
        </w:tc>
        <w:tc>
          <w:tcPr>
            <w:tcW w:w="2684" w:type="dxa"/>
          </w:tcPr>
          <w:p w14:paraId="53E1D657" w14:textId="77777777" w:rsidR="00612C46" w:rsidRPr="006F5383" w:rsidRDefault="00612C46" w:rsidP="00612C46">
            <w:pPr>
              <w:rPr>
                <w:rFonts w:ascii="Aptos" w:hAnsi="Aptos"/>
                <w:lang w:val="fr-FR"/>
              </w:rPr>
            </w:pPr>
          </w:p>
        </w:tc>
        <w:tc>
          <w:tcPr>
            <w:tcW w:w="2756" w:type="dxa"/>
          </w:tcPr>
          <w:p w14:paraId="19E8A977" w14:textId="77777777" w:rsidR="00612C46" w:rsidRPr="006F5383" w:rsidRDefault="00612C46" w:rsidP="00612C46">
            <w:pPr>
              <w:rPr>
                <w:rFonts w:ascii="Aptos" w:hAnsi="Aptos"/>
                <w:lang w:val="fr-FR"/>
              </w:rPr>
            </w:pPr>
          </w:p>
        </w:tc>
        <w:tc>
          <w:tcPr>
            <w:tcW w:w="3131" w:type="dxa"/>
          </w:tcPr>
          <w:p w14:paraId="0DB9F640" w14:textId="77777777" w:rsidR="00612C46" w:rsidRPr="006F5383" w:rsidRDefault="00612C46" w:rsidP="00612C46">
            <w:pPr>
              <w:rPr>
                <w:rFonts w:ascii="Aptos" w:hAnsi="Aptos"/>
                <w:lang w:val="fr-FR"/>
              </w:rPr>
            </w:pPr>
          </w:p>
        </w:tc>
        <w:tc>
          <w:tcPr>
            <w:tcW w:w="2498" w:type="dxa"/>
          </w:tcPr>
          <w:p w14:paraId="3228BBAF" w14:textId="77777777" w:rsidR="00612C46" w:rsidRPr="006F5383" w:rsidRDefault="00612C46" w:rsidP="00612C46">
            <w:pPr>
              <w:rPr>
                <w:rFonts w:ascii="Aptos" w:hAnsi="Aptos"/>
                <w:lang w:val="fr-FR"/>
              </w:rPr>
            </w:pPr>
          </w:p>
        </w:tc>
      </w:tr>
      <w:tr w:rsidR="00D56F95" w:rsidRPr="006F5383" w14:paraId="58D55035" w14:textId="77777777" w:rsidTr="006F5383">
        <w:trPr>
          <w:trHeight w:val="899"/>
        </w:trPr>
        <w:tc>
          <w:tcPr>
            <w:tcW w:w="3717" w:type="dxa"/>
          </w:tcPr>
          <w:p w14:paraId="3CAEFF40" w14:textId="77777777" w:rsidR="00612C46" w:rsidRPr="006F5383" w:rsidRDefault="00612C46" w:rsidP="00612C46">
            <w:pPr>
              <w:rPr>
                <w:rFonts w:ascii="Aptos" w:hAnsi="Aptos"/>
                <w:lang w:val="fr-FR"/>
              </w:rPr>
            </w:pPr>
          </w:p>
        </w:tc>
        <w:tc>
          <w:tcPr>
            <w:tcW w:w="2684" w:type="dxa"/>
          </w:tcPr>
          <w:p w14:paraId="20831A89" w14:textId="77777777" w:rsidR="00612C46" w:rsidRPr="006F5383" w:rsidRDefault="00612C46" w:rsidP="00612C46">
            <w:pPr>
              <w:rPr>
                <w:rFonts w:ascii="Aptos" w:hAnsi="Aptos"/>
                <w:lang w:val="fr-FR"/>
              </w:rPr>
            </w:pPr>
          </w:p>
        </w:tc>
        <w:tc>
          <w:tcPr>
            <w:tcW w:w="2756" w:type="dxa"/>
          </w:tcPr>
          <w:p w14:paraId="609DBCE7" w14:textId="77777777" w:rsidR="00612C46" w:rsidRPr="006F5383" w:rsidRDefault="00612C46" w:rsidP="00612C46">
            <w:pPr>
              <w:rPr>
                <w:rFonts w:ascii="Aptos" w:hAnsi="Aptos"/>
                <w:lang w:val="fr-FR"/>
              </w:rPr>
            </w:pPr>
          </w:p>
        </w:tc>
        <w:tc>
          <w:tcPr>
            <w:tcW w:w="3131" w:type="dxa"/>
          </w:tcPr>
          <w:p w14:paraId="1E64E088" w14:textId="77777777" w:rsidR="00612C46" w:rsidRPr="006F5383" w:rsidRDefault="00612C46" w:rsidP="00612C46">
            <w:pPr>
              <w:rPr>
                <w:rFonts w:ascii="Aptos" w:hAnsi="Aptos"/>
                <w:lang w:val="fr-FR"/>
              </w:rPr>
            </w:pPr>
          </w:p>
        </w:tc>
        <w:tc>
          <w:tcPr>
            <w:tcW w:w="2498" w:type="dxa"/>
          </w:tcPr>
          <w:p w14:paraId="1F06897D" w14:textId="77777777" w:rsidR="00612C46" w:rsidRPr="006F5383" w:rsidRDefault="00612C46" w:rsidP="00612C46">
            <w:pPr>
              <w:rPr>
                <w:rFonts w:ascii="Aptos" w:hAnsi="Aptos"/>
                <w:lang w:val="fr-FR"/>
              </w:rPr>
            </w:pPr>
          </w:p>
        </w:tc>
      </w:tr>
      <w:tr w:rsidR="00D56F95" w:rsidRPr="006F5383" w14:paraId="67E9D5D8" w14:textId="77777777" w:rsidTr="006F5383">
        <w:trPr>
          <w:trHeight w:val="899"/>
        </w:trPr>
        <w:tc>
          <w:tcPr>
            <w:tcW w:w="3717" w:type="dxa"/>
          </w:tcPr>
          <w:p w14:paraId="735F4B35" w14:textId="77777777" w:rsidR="00612C46" w:rsidRPr="006F5383" w:rsidRDefault="00612C46" w:rsidP="00612C46">
            <w:pPr>
              <w:rPr>
                <w:rFonts w:ascii="Aptos" w:hAnsi="Aptos"/>
                <w:lang w:val="fr-FR"/>
              </w:rPr>
            </w:pPr>
          </w:p>
        </w:tc>
        <w:tc>
          <w:tcPr>
            <w:tcW w:w="2684" w:type="dxa"/>
          </w:tcPr>
          <w:p w14:paraId="29D53687" w14:textId="77777777" w:rsidR="00612C46" w:rsidRPr="006F5383" w:rsidRDefault="00612C46" w:rsidP="00612C46">
            <w:pPr>
              <w:rPr>
                <w:rFonts w:ascii="Aptos" w:hAnsi="Aptos"/>
                <w:lang w:val="fr-FR"/>
              </w:rPr>
            </w:pPr>
          </w:p>
        </w:tc>
        <w:tc>
          <w:tcPr>
            <w:tcW w:w="2756" w:type="dxa"/>
          </w:tcPr>
          <w:p w14:paraId="73999FB3" w14:textId="77777777" w:rsidR="00612C46" w:rsidRPr="006F5383" w:rsidRDefault="00612C46" w:rsidP="00612C46">
            <w:pPr>
              <w:rPr>
                <w:rFonts w:ascii="Aptos" w:hAnsi="Aptos"/>
                <w:lang w:val="fr-FR"/>
              </w:rPr>
            </w:pPr>
          </w:p>
        </w:tc>
        <w:tc>
          <w:tcPr>
            <w:tcW w:w="3131" w:type="dxa"/>
          </w:tcPr>
          <w:p w14:paraId="67907AE1" w14:textId="77777777" w:rsidR="00612C46" w:rsidRPr="006F5383" w:rsidRDefault="00612C46" w:rsidP="00612C46">
            <w:pPr>
              <w:rPr>
                <w:rFonts w:ascii="Aptos" w:hAnsi="Aptos"/>
                <w:lang w:val="fr-FR"/>
              </w:rPr>
            </w:pPr>
          </w:p>
        </w:tc>
        <w:tc>
          <w:tcPr>
            <w:tcW w:w="2498" w:type="dxa"/>
          </w:tcPr>
          <w:p w14:paraId="2CC6F676" w14:textId="77777777" w:rsidR="00612C46" w:rsidRPr="006F5383" w:rsidRDefault="00612C46" w:rsidP="00612C46">
            <w:pPr>
              <w:rPr>
                <w:rFonts w:ascii="Aptos" w:hAnsi="Aptos"/>
                <w:lang w:val="fr-FR"/>
              </w:rPr>
            </w:pPr>
          </w:p>
        </w:tc>
      </w:tr>
    </w:tbl>
    <w:p w14:paraId="4D3738B8" w14:textId="2623D8A7" w:rsidR="006F5383" w:rsidRPr="006F5383" w:rsidRDefault="006F5383" w:rsidP="006F5383">
      <w:pPr>
        <w:tabs>
          <w:tab w:val="left" w:pos="8850"/>
        </w:tabs>
        <w:rPr>
          <w:rFonts w:ascii="Aptos" w:hAnsi="Aptos"/>
          <w:lang w:val="fr-FR"/>
        </w:rPr>
      </w:pPr>
    </w:p>
    <w:sectPr w:rsidR="006F5383" w:rsidRPr="006F5383" w:rsidSect="0091525E">
      <w:headerReference w:type="default" r:id="rId8"/>
      <w:footerReference w:type="default" r:id="rId9"/>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AD3991" w14:textId="77777777" w:rsidR="00697A44" w:rsidRDefault="00697A44" w:rsidP="00CA4499">
      <w:pPr>
        <w:spacing w:after="0" w:line="240" w:lineRule="auto"/>
      </w:pPr>
      <w:r>
        <w:separator/>
      </w:r>
    </w:p>
  </w:endnote>
  <w:endnote w:type="continuationSeparator" w:id="0">
    <w:p w14:paraId="266379C9" w14:textId="77777777" w:rsidR="00697A44" w:rsidRDefault="00697A44" w:rsidP="00CA44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2119E5" w14:textId="77777777" w:rsidR="006F5383" w:rsidRPr="006F5383" w:rsidRDefault="00F62CA4" w:rsidP="00D56F95">
    <w:pPr>
      <w:pStyle w:val="En-tte"/>
      <w:jc w:val="center"/>
      <w:rPr>
        <w:b/>
        <w:bCs/>
        <w:sz w:val="16"/>
        <w:szCs w:val="16"/>
        <w:lang w:val="fr-FR"/>
      </w:rPr>
    </w:pPr>
    <w:r w:rsidRPr="006F5383">
      <w:rPr>
        <w:b/>
        <w:bCs/>
        <w:sz w:val="16"/>
        <w:szCs w:val="16"/>
        <w:lang w:val="fr-FR"/>
      </w:rPr>
      <w:t>-</w:t>
    </w:r>
    <w:r w:rsidR="00D56F95" w:rsidRPr="006F5383">
      <w:rPr>
        <w:b/>
        <w:bCs/>
        <w:sz w:val="16"/>
        <w:szCs w:val="16"/>
        <w:lang w:val="fr-FR"/>
      </w:rPr>
      <w:t>Lou PERROT Psychologue psychothérapeute</w:t>
    </w:r>
    <w:r w:rsidRPr="006F5383">
      <w:rPr>
        <w:b/>
        <w:bCs/>
        <w:sz w:val="16"/>
        <w:szCs w:val="16"/>
        <w:lang w:val="fr-FR"/>
      </w:rPr>
      <w:t>-</w:t>
    </w:r>
  </w:p>
  <w:p w14:paraId="7BA2A77A" w14:textId="77777777" w:rsidR="006F5383" w:rsidRDefault="006F5383" w:rsidP="00D56F95">
    <w:pPr>
      <w:pStyle w:val="En-tte"/>
      <w:jc w:val="center"/>
      <w:rPr>
        <w:b/>
        <w:bCs/>
        <w:sz w:val="16"/>
        <w:szCs w:val="16"/>
        <w:lang w:val="fr-FR"/>
      </w:rPr>
    </w:pPr>
    <w:hyperlink r:id="rId1" w:history="1">
      <w:r w:rsidRPr="00964ACD">
        <w:rPr>
          <w:rStyle w:val="Lienhypertexte"/>
          <w:b/>
          <w:bCs/>
          <w:sz w:val="16"/>
          <w:szCs w:val="16"/>
          <w:lang w:val="fr-FR"/>
        </w:rPr>
        <w:t>louperrotpsychologue@gmail.com</w:t>
      </w:r>
    </w:hyperlink>
    <w:r>
      <w:rPr>
        <w:b/>
        <w:bCs/>
        <w:sz w:val="16"/>
        <w:szCs w:val="16"/>
        <w:lang w:val="fr-FR"/>
      </w:rPr>
      <w:t xml:space="preserve"> </w:t>
    </w:r>
  </w:p>
  <w:p w14:paraId="0880B2CD" w14:textId="4CD75347" w:rsidR="00D56F95" w:rsidRPr="006F5383" w:rsidRDefault="006F5383" w:rsidP="00D56F95">
    <w:pPr>
      <w:pStyle w:val="En-tte"/>
      <w:jc w:val="center"/>
      <w:rPr>
        <w:b/>
        <w:bCs/>
        <w:sz w:val="14"/>
        <w:szCs w:val="14"/>
        <w:lang w:val="fr-FR"/>
      </w:rPr>
    </w:pPr>
    <w:r w:rsidRPr="006F5383">
      <w:rPr>
        <w:b/>
        <w:bCs/>
        <w:i/>
        <w:iCs/>
        <w:sz w:val="14"/>
        <w:szCs w:val="14"/>
        <w:lang w:val="fr-FR"/>
      </w:rPr>
      <w:t>Ce support est conçu pour accompagner votre travail personnel dans le cadre de la psychothérapie menée avec Lou Perrot. Il ne remplace en aucun cas un suivi psychologique, et ne doit pas être utilisé hors de ce contexte.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628906" w14:textId="77777777" w:rsidR="00697A44" w:rsidRDefault="00697A44" w:rsidP="00CA4499">
      <w:pPr>
        <w:spacing w:after="0" w:line="240" w:lineRule="auto"/>
      </w:pPr>
      <w:r>
        <w:separator/>
      </w:r>
    </w:p>
  </w:footnote>
  <w:footnote w:type="continuationSeparator" w:id="0">
    <w:p w14:paraId="21336742" w14:textId="77777777" w:rsidR="00697A44" w:rsidRDefault="00697A44" w:rsidP="00CA44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47EF30" w14:textId="657331F8" w:rsidR="0091525E" w:rsidRPr="0091525E" w:rsidRDefault="0091525E" w:rsidP="0091525E">
    <w:pPr>
      <w:pStyle w:val="En-tte"/>
      <w:jc w:val="right"/>
      <w:rPr>
        <w:i/>
        <w:iCs/>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puce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puce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puces"/>
      <w:lvlText w:val=""/>
      <w:lvlJc w:val="left"/>
      <w:pPr>
        <w:tabs>
          <w:tab w:val="num" w:pos="360"/>
        </w:tabs>
        <w:ind w:left="360" w:hanging="360"/>
      </w:pPr>
      <w:rPr>
        <w:rFonts w:ascii="Symbol" w:hAnsi="Symbol" w:hint="default"/>
      </w:rPr>
    </w:lvl>
  </w:abstractNum>
  <w:num w:numId="1" w16cid:durableId="685401872">
    <w:abstractNumId w:val="8"/>
  </w:num>
  <w:num w:numId="2" w16cid:durableId="875889827">
    <w:abstractNumId w:val="6"/>
  </w:num>
  <w:num w:numId="3" w16cid:durableId="1255286087">
    <w:abstractNumId w:val="5"/>
  </w:num>
  <w:num w:numId="4" w16cid:durableId="53312646">
    <w:abstractNumId w:val="4"/>
  </w:num>
  <w:num w:numId="5" w16cid:durableId="2093041808">
    <w:abstractNumId w:val="7"/>
  </w:num>
  <w:num w:numId="6" w16cid:durableId="1970160808">
    <w:abstractNumId w:val="3"/>
  </w:num>
  <w:num w:numId="7" w16cid:durableId="23143267">
    <w:abstractNumId w:val="2"/>
  </w:num>
  <w:num w:numId="8" w16cid:durableId="1462461077">
    <w:abstractNumId w:val="1"/>
  </w:num>
  <w:num w:numId="9" w16cid:durableId="1411922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1248F"/>
    <w:rsid w:val="0029639D"/>
    <w:rsid w:val="002D3F8A"/>
    <w:rsid w:val="00326F90"/>
    <w:rsid w:val="004544ED"/>
    <w:rsid w:val="004A57E2"/>
    <w:rsid w:val="00612C46"/>
    <w:rsid w:val="0064371F"/>
    <w:rsid w:val="00697A44"/>
    <w:rsid w:val="006F5383"/>
    <w:rsid w:val="0091525E"/>
    <w:rsid w:val="00AA1D8D"/>
    <w:rsid w:val="00B47730"/>
    <w:rsid w:val="00B85AE3"/>
    <w:rsid w:val="00CA4499"/>
    <w:rsid w:val="00CB0664"/>
    <w:rsid w:val="00D56F95"/>
    <w:rsid w:val="00E03A39"/>
    <w:rsid w:val="00F30E2E"/>
    <w:rsid w:val="00F62CA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6BBFF8"/>
  <w14:defaultImageDpi w14:val="300"/>
  <w15:docId w15:val="{B6D41022-68F3-4205-8657-482A35EBD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itre1">
    <w:name w:val="heading 1"/>
    <w:basedOn w:val="Normal"/>
    <w:next w:val="Normal"/>
    <w:link w:val="Titre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itre9">
    <w:name w:val="heading 9"/>
    <w:basedOn w:val="Normal"/>
    <w:next w:val="Normal"/>
    <w:link w:val="Titre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618BF"/>
    <w:pPr>
      <w:tabs>
        <w:tab w:val="center" w:pos="4680"/>
        <w:tab w:val="right" w:pos="9360"/>
      </w:tabs>
      <w:spacing w:after="0" w:line="240" w:lineRule="auto"/>
    </w:pPr>
  </w:style>
  <w:style w:type="character" w:customStyle="1" w:styleId="En-tteCar">
    <w:name w:val="En-tête Car"/>
    <w:basedOn w:val="Policepardfaut"/>
    <w:link w:val="En-tte"/>
    <w:uiPriority w:val="99"/>
    <w:rsid w:val="00E618BF"/>
  </w:style>
  <w:style w:type="paragraph" w:styleId="Pieddepage">
    <w:name w:val="footer"/>
    <w:basedOn w:val="Normal"/>
    <w:link w:val="PieddepageCar"/>
    <w:uiPriority w:val="99"/>
    <w:unhideWhenUsed/>
    <w:rsid w:val="00E618BF"/>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E618BF"/>
  </w:style>
  <w:style w:type="paragraph" w:styleId="Sansinterligne">
    <w:name w:val="No Spacing"/>
    <w:uiPriority w:val="1"/>
    <w:qFormat/>
    <w:rsid w:val="00FC693F"/>
    <w:pPr>
      <w:spacing w:after="0" w:line="240" w:lineRule="auto"/>
    </w:pPr>
  </w:style>
  <w:style w:type="character" w:customStyle="1" w:styleId="Titre1Car">
    <w:name w:val="Titre 1 Car"/>
    <w:basedOn w:val="Policepardfaut"/>
    <w:link w:val="Titre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FC693F"/>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FC693F"/>
    <w:rPr>
      <w:rFonts w:asciiTheme="majorHAnsi" w:eastAsiaTheme="majorEastAsia" w:hAnsiTheme="majorHAnsi" w:cstheme="majorBidi"/>
      <w:b/>
      <w:bCs/>
      <w:color w:val="4F81BD" w:themeColor="accent1"/>
    </w:rPr>
  </w:style>
  <w:style w:type="paragraph" w:styleId="Titre">
    <w:name w:val="Title"/>
    <w:basedOn w:val="Normal"/>
    <w:next w:val="Normal"/>
    <w:link w:val="Titre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ous-titre">
    <w:name w:val="Subtitle"/>
    <w:basedOn w:val="Normal"/>
    <w:next w:val="Normal"/>
    <w:link w:val="Sous-titre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FC693F"/>
    <w:rPr>
      <w:rFonts w:asciiTheme="majorHAnsi" w:eastAsiaTheme="majorEastAsia" w:hAnsiTheme="majorHAnsi" w:cstheme="majorBidi"/>
      <w:i/>
      <w:iCs/>
      <w:color w:val="4F81BD" w:themeColor="accent1"/>
      <w:spacing w:val="15"/>
      <w:sz w:val="24"/>
      <w:szCs w:val="24"/>
    </w:rPr>
  </w:style>
  <w:style w:type="paragraph" w:styleId="Paragraphedeliste">
    <w:name w:val="List Paragraph"/>
    <w:basedOn w:val="Normal"/>
    <w:uiPriority w:val="34"/>
    <w:qFormat/>
    <w:rsid w:val="00FC693F"/>
    <w:pPr>
      <w:ind w:left="720"/>
      <w:contextualSpacing/>
    </w:pPr>
  </w:style>
  <w:style w:type="paragraph" w:styleId="Corpsdetexte">
    <w:name w:val="Body Text"/>
    <w:basedOn w:val="Normal"/>
    <w:link w:val="CorpsdetexteCar"/>
    <w:uiPriority w:val="99"/>
    <w:unhideWhenUsed/>
    <w:rsid w:val="00AA1D8D"/>
    <w:pPr>
      <w:spacing w:after="120"/>
    </w:pPr>
  </w:style>
  <w:style w:type="character" w:customStyle="1" w:styleId="CorpsdetexteCar">
    <w:name w:val="Corps de texte Car"/>
    <w:basedOn w:val="Policepardfaut"/>
    <w:link w:val="Corpsdetexte"/>
    <w:uiPriority w:val="99"/>
    <w:rsid w:val="00AA1D8D"/>
  </w:style>
  <w:style w:type="paragraph" w:styleId="Corpsdetexte2">
    <w:name w:val="Body Text 2"/>
    <w:basedOn w:val="Normal"/>
    <w:link w:val="Corpsdetexte2Car"/>
    <w:uiPriority w:val="99"/>
    <w:unhideWhenUsed/>
    <w:rsid w:val="00AA1D8D"/>
    <w:pPr>
      <w:spacing w:after="120" w:line="480" w:lineRule="auto"/>
    </w:pPr>
  </w:style>
  <w:style w:type="character" w:customStyle="1" w:styleId="Corpsdetexte2Car">
    <w:name w:val="Corps de texte 2 Car"/>
    <w:basedOn w:val="Policepardfaut"/>
    <w:link w:val="Corpsdetexte2"/>
    <w:uiPriority w:val="99"/>
    <w:rsid w:val="00AA1D8D"/>
  </w:style>
  <w:style w:type="paragraph" w:styleId="Corpsdetexte3">
    <w:name w:val="Body Text 3"/>
    <w:basedOn w:val="Normal"/>
    <w:link w:val="Corpsdetexte3Car"/>
    <w:uiPriority w:val="99"/>
    <w:unhideWhenUsed/>
    <w:rsid w:val="00AA1D8D"/>
    <w:pPr>
      <w:spacing w:after="120"/>
    </w:pPr>
    <w:rPr>
      <w:sz w:val="16"/>
      <w:szCs w:val="16"/>
    </w:rPr>
  </w:style>
  <w:style w:type="character" w:customStyle="1" w:styleId="Corpsdetexte3Car">
    <w:name w:val="Corps de texte 3 Car"/>
    <w:basedOn w:val="Policepardfaut"/>
    <w:link w:val="Corpsdetexte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puces">
    <w:name w:val="List Bullet"/>
    <w:basedOn w:val="Normal"/>
    <w:uiPriority w:val="99"/>
    <w:unhideWhenUsed/>
    <w:rsid w:val="00326F90"/>
    <w:pPr>
      <w:numPr>
        <w:numId w:val="1"/>
      </w:numPr>
      <w:contextualSpacing/>
    </w:pPr>
  </w:style>
  <w:style w:type="paragraph" w:styleId="Listepuces2">
    <w:name w:val="List Bullet 2"/>
    <w:basedOn w:val="Normal"/>
    <w:uiPriority w:val="99"/>
    <w:unhideWhenUsed/>
    <w:rsid w:val="00326F90"/>
    <w:pPr>
      <w:numPr>
        <w:numId w:val="2"/>
      </w:numPr>
      <w:contextualSpacing/>
    </w:pPr>
  </w:style>
  <w:style w:type="paragraph" w:styleId="Listepuces3">
    <w:name w:val="List Bullet 3"/>
    <w:basedOn w:val="Normal"/>
    <w:uiPriority w:val="99"/>
    <w:unhideWhenUsed/>
    <w:rsid w:val="00326F90"/>
    <w:pPr>
      <w:numPr>
        <w:numId w:val="3"/>
      </w:numPr>
      <w:contextualSpacing/>
    </w:pPr>
  </w:style>
  <w:style w:type="paragraph" w:styleId="Listenumros">
    <w:name w:val="List Number"/>
    <w:basedOn w:val="Normal"/>
    <w:uiPriority w:val="99"/>
    <w:unhideWhenUsed/>
    <w:rsid w:val="00326F90"/>
    <w:pPr>
      <w:numPr>
        <w:numId w:val="5"/>
      </w:numPr>
      <w:contextualSpacing/>
    </w:pPr>
  </w:style>
  <w:style w:type="paragraph" w:styleId="Listenumros2">
    <w:name w:val="List Number 2"/>
    <w:basedOn w:val="Normal"/>
    <w:uiPriority w:val="99"/>
    <w:unhideWhenUsed/>
    <w:rsid w:val="0029639D"/>
    <w:pPr>
      <w:numPr>
        <w:numId w:val="6"/>
      </w:numPr>
      <w:contextualSpacing/>
    </w:pPr>
  </w:style>
  <w:style w:type="paragraph" w:styleId="Listenumros3">
    <w:name w:val="List Number 3"/>
    <w:basedOn w:val="Normal"/>
    <w:uiPriority w:val="99"/>
    <w:unhideWhenUsed/>
    <w:rsid w:val="0029639D"/>
    <w:pPr>
      <w:numPr>
        <w:numId w:val="7"/>
      </w:numPr>
      <w:contextualSpacing/>
    </w:pPr>
  </w:style>
  <w:style w:type="paragraph" w:styleId="Listecontinue">
    <w:name w:val="List Continue"/>
    <w:basedOn w:val="Normal"/>
    <w:uiPriority w:val="99"/>
    <w:unhideWhenUsed/>
    <w:rsid w:val="0029639D"/>
    <w:pPr>
      <w:spacing w:after="120"/>
      <w:ind w:left="360"/>
      <w:contextualSpacing/>
    </w:pPr>
  </w:style>
  <w:style w:type="paragraph" w:styleId="Listecontinue2">
    <w:name w:val="List Continue 2"/>
    <w:basedOn w:val="Normal"/>
    <w:uiPriority w:val="99"/>
    <w:unhideWhenUsed/>
    <w:rsid w:val="0029639D"/>
    <w:pPr>
      <w:spacing w:after="120"/>
      <w:ind w:left="720"/>
      <w:contextualSpacing/>
    </w:pPr>
  </w:style>
  <w:style w:type="paragraph" w:styleId="Listecontinue3">
    <w:name w:val="List Continue 3"/>
    <w:basedOn w:val="Normal"/>
    <w:uiPriority w:val="99"/>
    <w:unhideWhenUsed/>
    <w:rsid w:val="0029639D"/>
    <w:pPr>
      <w:spacing w:after="120"/>
      <w:ind w:left="1080"/>
      <w:contextualSpacing/>
    </w:pPr>
  </w:style>
  <w:style w:type="paragraph" w:styleId="Textedemacro">
    <w:name w:val="macro"/>
    <w:link w:val="Textede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edemacroCar">
    <w:name w:val="Texte de macro Car"/>
    <w:basedOn w:val="Policepardfaut"/>
    <w:link w:val="Textedemacro"/>
    <w:uiPriority w:val="99"/>
    <w:rsid w:val="0029639D"/>
    <w:rPr>
      <w:rFonts w:ascii="Courier" w:hAnsi="Courier"/>
      <w:sz w:val="20"/>
      <w:szCs w:val="20"/>
    </w:rPr>
  </w:style>
  <w:style w:type="paragraph" w:styleId="Citation">
    <w:name w:val="Quote"/>
    <w:basedOn w:val="Normal"/>
    <w:next w:val="Normal"/>
    <w:link w:val="CitationCar"/>
    <w:uiPriority w:val="29"/>
    <w:qFormat/>
    <w:rsid w:val="00FC693F"/>
    <w:rPr>
      <w:i/>
      <w:iCs/>
      <w:color w:val="000000" w:themeColor="text1"/>
    </w:rPr>
  </w:style>
  <w:style w:type="character" w:customStyle="1" w:styleId="CitationCar">
    <w:name w:val="Citation Car"/>
    <w:basedOn w:val="Policepardfaut"/>
    <w:link w:val="Citation"/>
    <w:uiPriority w:val="29"/>
    <w:rsid w:val="00FC693F"/>
    <w:rPr>
      <w:i/>
      <w:iCs/>
      <w:color w:val="000000" w:themeColor="text1"/>
    </w:rPr>
  </w:style>
  <w:style w:type="character" w:customStyle="1" w:styleId="Titre4Car">
    <w:name w:val="Titre 4 Car"/>
    <w:basedOn w:val="Policepardfaut"/>
    <w:link w:val="Titre4"/>
    <w:uiPriority w:val="9"/>
    <w:semiHidden/>
    <w:rsid w:val="00FC693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semiHidden/>
    <w:rsid w:val="00FC693F"/>
    <w:rPr>
      <w:rFonts w:asciiTheme="majorHAnsi" w:eastAsiaTheme="majorEastAsia" w:hAnsiTheme="majorHAnsi" w:cstheme="majorBidi"/>
      <w:color w:val="243F60" w:themeColor="accent1" w:themeShade="7F"/>
    </w:rPr>
  </w:style>
  <w:style w:type="character" w:customStyle="1" w:styleId="Titre6Car">
    <w:name w:val="Titre 6 Car"/>
    <w:basedOn w:val="Policepardfaut"/>
    <w:link w:val="Titre6"/>
    <w:uiPriority w:val="9"/>
    <w:semiHidden/>
    <w:rsid w:val="00FC693F"/>
    <w:rPr>
      <w:rFonts w:asciiTheme="majorHAnsi" w:eastAsiaTheme="majorEastAsia" w:hAnsiTheme="majorHAnsi" w:cstheme="majorBidi"/>
      <w:i/>
      <w:iCs/>
      <w:color w:val="243F60" w:themeColor="accent1" w:themeShade="7F"/>
    </w:rPr>
  </w:style>
  <w:style w:type="character" w:customStyle="1" w:styleId="Titre7Car">
    <w:name w:val="Titre 7 Car"/>
    <w:basedOn w:val="Policepardfaut"/>
    <w:link w:val="Titre7"/>
    <w:uiPriority w:val="9"/>
    <w:semiHidden/>
    <w:rsid w:val="00FC693F"/>
    <w:rPr>
      <w:rFonts w:asciiTheme="majorHAnsi" w:eastAsiaTheme="majorEastAsia" w:hAnsiTheme="majorHAnsi" w:cstheme="majorBidi"/>
      <w:i/>
      <w:iCs/>
      <w:color w:val="404040" w:themeColor="text1" w:themeTint="BF"/>
    </w:rPr>
  </w:style>
  <w:style w:type="character" w:customStyle="1" w:styleId="Titre8Car">
    <w:name w:val="Titre 8 Car"/>
    <w:basedOn w:val="Policepardfaut"/>
    <w:link w:val="Titre8"/>
    <w:uiPriority w:val="9"/>
    <w:semiHidden/>
    <w:rsid w:val="00FC693F"/>
    <w:rPr>
      <w:rFonts w:asciiTheme="majorHAnsi" w:eastAsiaTheme="majorEastAsia" w:hAnsiTheme="majorHAnsi" w:cstheme="majorBidi"/>
      <w:color w:val="4F81BD" w:themeColor="accent1"/>
      <w:sz w:val="20"/>
      <w:szCs w:val="20"/>
    </w:rPr>
  </w:style>
  <w:style w:type="character" w:customStyle="1" w:styleId="Titre9Car">
    <w:name w:val="Titre 9 Car"/>
    <w:basedOn w:val="Policepardfaut"/>
    <w:link w:val="Titre9"/>
    <w:uiPriority w:val="9"/>
    <w:semiHidden/>
    <w:rsid w:val="00FC693F"/>
    <w:rPr>
      <w:rFonts w:asciiTheme="majorHAnsi" w:eastAsiaTheme="majorEastAsia" w:hAnsiTheme="majorHAnsi" w:cstheme="majorBidi"/>
      <w:i/>
      <w:iCs/>
      <w:color w:val="404040" w:themeColor="text1" w:themeTint="BF"/>
      <w:sz w:val="20"/>
      <w:szCs w:val="20"/>
    </w:rPr>
  </w:style>
  <w:style w:type="paragraph" w:styleId="Lgende">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lev">
    <w:name w:val="Strong"/>
    <w:basedOn w:val="Policepardfaut"/>
    <w:uiPriority w:val="22"/>
    <w:qFormat/>
    <w:rsid w:val="00FC693F"/>
    <w:rPr>
      <w:b/>
      <w:bCs/>
    </w:rPr>
  </w:style>
  <w:style w:type="character" w:styleId="Accentuation">
    <w:name w:val="Emphasis"/>
    <w:basedOn w:val="Policepardfaut"/>
    <w:uiPriority w:val="20"/>
    <w:qFormat/>
    <w:rsid w:val="00FC693F"/>
    <w:rPr>
      <w:i/>
      <w:iCs/>
    </w:rPr>
  </w:style>
  <w:style w:type="paragraph" w:styleId="Citationintense">
    <w:name w:val="Intense Quote"/>
    <w:basedOn w:val="Normal"/>
    <w:next w:val="Normal"/>
    <w:link w:val="Citationintense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FC693F"/>
    <w:rPr>
      <w:b/>
      <w:bCs/>
      <w:i/>
      <w:iCs/>
      <w:color w:val="4F81BD" w:themeColor="accent1"/>
    </w:rPr>
  </w:style>
  <w:style w:type="character" w:styleId="Accentuationlgre">
    <w:name w:val="Subtle Emphasis"/>
    <w:basedOn w:val="Policepardfaut"/>
    <w:uiPriority w:val="19"/>
    <w:qFormat/>
    <w:rsid w:val="00FC693F"/>
    <w:rPr>
      <w:i/>
      <w:iCs/>
      <w:color w:val="808080" w:themeColor="text1" w:themeTint="7F"/>
    </w:rPr>
  </w:style>
  <w:style w:type="character" w:styleId="Accentuationintense">
    <w:name w:val="Intense Emphasis"/>
    <w:basedOn w:val="Policepardfaut"/>
    <w:uiPriority w:val="21"/>
    <w:qFormat/>
    <w:rsid w:val="00FC693F"/>
    <w:rPr>
      <w:b/>
      <w:bCs/>
      <w:i/>
      <w:iCs/>
      <w:color w:val="4F81BD" w:themeColor="accent1"/>
    </w:rPr>
  </w:style>
  <w:style w:type="character" w:styleId="Rfrencelgre">
    <w:name w:val="Subtle Reference"/>
    <w:basedOn w:val="Policepardfaut"/>
    <w:uiPriority w:val="31"/>
    <w:qFormat/>
    <w:rsid w:val="00FC693F"/>
    <w:rPr>
      <w:smallCaps/>
      <w:color w:val="C0504D" w:themeColor="accent2"/>
      <w:u w:val="single"/>
    </w:rPr>
  </w:style>
  <w:style w:type="character" w:styleId="Rfrenceintense">
    <w:name w:val="Intense Reference"/>
    <w:basedOn w:val="Policepardfaut"/>
    <w:uiPriority w:val="32"/>
    <w:qFormat/>
    <w:rsid w:val="00FC693F"/>
    <w:rPr>
      <w:b/>
      <w:bCs/>
      <w:smallCaps/>
      <w:color w:val="C0504D" w:themeColor="accent2"/>
      <w:spacing w:val="5"/>
      <w:u w:val="single"/>
    </w:rPr>
  </w:style>
  <w:style w:type="character" w:styleId="Titredulivre">
    <w:name w:val="Book Title"/>
    <w:basedOn w:val="Policepardfaut"/>
    <w:uiPriority w:val="33"/>
    <w:qFormat/>
    <w:rsid w:val="00FC693F"/>
    <w:rPr>
      <w:b/>
      <w:bCs/>
      <w:smallCaps/>
      <w:spacing w:val="5"/>
    </w:rPr>
  </w:style>
  <w:style w:type="paragraph" w:styleId="En-ttedetabledesmatires">
    <w:name w:val="TOC Heading"/>
    <w:basedOn w:val="Titre1"/>
    <w:next w:val="Normal"/>
    <w:uiPriority w:val="39"/>
    <w:semiHidden/>
    <w:unhideWhenUsed/>
    <w:qFormat/>
    <w:rsid w:val="00FC693F"/>
    <w:pPr>
      <w:outlineLvl w:val="9"/>
    </w:pPr>
  </w:style>
  <w:style w:type="table" w:styleId="Grilledutableau">
    <w:name w:val="Table Grid"/>
    <w:basedOn w:val="Tableau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mbrageclair">
    <w:name w:val="Light Shading"/>
    <w:basedOn w:val="Tableau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3">
    <w:name w:val="Light Shading Accent 3"/>
    <w:basedOn w:val="Tableau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Trameclaire-Accent4">
    <w:name w:val="Light Shading Accent 4"/>
    <w:basedOn w:val="Tableau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Trameclaire-Accent6">
    <w:name w:val="Light Shading Accent 6"/>
    <w:basedOn w:val="Tableau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eclaire">
    <w:name w:val="Light List"/>
    <w:basedOn w:val="Tableau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eclaire-Accent1">
    <w:name w:val="Light List Accent 1"/>
    <w:basedOn w:val="Tableau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eclaire-Accent2">
    <w:name w:val="Light List Accent 2"/>
    <w:basedOn w:val="Tableau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eclaire-Accent3">
    <w:name w:val="Light List Accent 3"/>
    <w:basedOn w:val="Tableau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eclaire-Accent4">
    <w:name w:val="Light List Accent 4"/>
    <w:basedOn w:val="Tableau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eclaire-Accent5">
    <w:name w:val="Light List Accent 5"/>
    <w:basedOn w:val="Tableau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eclaire-Accent6">
    <w:name w:val="Light List Accent 6"/>
    <w:basedOn w:val="Tableau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lleclaire">
    <w:name w:val="Light Grid"/>
    <w:basedOn w:val="Tableau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claire-Accent1">
    <w:name w:val="Light Grid Accent 1"/>
    <w:basedOn w:val="Tableau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lleclaire-Accent2">
    <w:name w:val="Light Grid Accent 2"/>
    <w:basedOn w:val="Tableau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lleclaire-Accent3">
    <w:name w:val="Light Grid Accent 3"/>
    <w:basedOn w:val="Tableau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lleclaire-Accent4">
    <w:name w:val="Light Grid Accent 4"/>
    <w:basedOn w:val="Tableau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lleclaire-Accent5">
    <w:name w:val="Light Grid Accent 5"/>
    <w:basedOn w:val="Tableau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lleclaire-Accent6">
    <w:name w:val="Light Grid Accent 6"/>
    <w:basedOn w:val="Tableau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Tramemoyenne1">
    <w:name w:val="Medium Shading 1"/>
    <w:basedOn w:val="Tableau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Tramemoyenne1-Accent1">
    <w:name w:val="Medium Shading 1 Accent 1"/>
    <w:basedOn w:val="Tableau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Tramemoyenne1-Accent2">
    <w:name w:val="Medium Shading 1 Accent 2"/>
    <w:basedOn w:val="Tableau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Tramemoyenne1-Accent3">
    <w:name w:val="Medium Shading 1 Accent 3"/>
    <w:basedOn w:val="Tableau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Tramemoyenne1-Accent5">
    <w:name w:val="Medium Shading 1 Accent 5"/>
    <w:basedOn w:val="Tableau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Tramemoyenne1-Accent6">
    <w:name w:val="Medium Shading 1 Accent 6"/>
    <w:basedOn w:val="Tableau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Tramemoyenne2">
    <w:name w:val="Medium Shading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1">
    <w:name w:val="Medium Shading 2 Accent 1"/>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2">
    <w:name w:val="Medium Shading 2 Accent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3">
    <w:name w:val="Medium Shading 2 Accent 3"/>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4">
    <w:name w:val="Medium Shading 2 Accent 4"/>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5">
    <w:name w:val="Medium Shading 2 Accent 5"/>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6">
    <w:name w:val="Medium Shading 2 Accent 6"/>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emoyenne1">
    <w:name w:val="Medium List 1"/>
    <w:basedOn w:val="Tableau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emoyenne1-Accent1">
    <w:name w:val="Medium List 1 Accent 1"/>
    <w:basedOn w:val="Tableau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emoyenne1-Accent2">
    <w:name w:val="Medium List 1 Accent 2"/>
    <w:basedOn w:val="Tableau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emoyenne1-Accent3">
    <w:name w:val="Medium List 1 Accent 3"/>
    <w:basedOn w:val="Tableau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emoyenne1-Accent4">
    <w:name w:val="Medium List 1 Accent 4"/>
    <w:basedOn w:val="Tableau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emoyenne1-Accent5">
    <w:name w:val="Medium List 1 Accent 5"/>
    <w:basedOn w:val="Tableau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emoyenne1-Accent6">
    <w:name w:val="Medium List 1 Accent 6"/>
    <w:basedOn w:val="Tableau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emoyenne2">
    <w:name w:val="Medium Lis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1">
    <w:name w:val="Medium List 2 Accent 1"/>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2">
    <w:name w:val="Medium List 2 Accen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3">
    <w:name w:val="Medium List 2 Accent 3"/>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4">
    <w:name w:val="Medium List 2 Accent 4"/>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5">
    <w:name w:val="Medium List 2 Accent 5"/>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6">
    <w:name w:val="Medium List 2 Accent 6"/>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illemoyenne1">
    <w:name w:val="Medium Grid 1"/>
    <w:basedOn w:val="Tableau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moyenne1-Accent1">
    <w:name w:val="Medium Grid 1 Accent 1"/>
    <w:basedOn w:val="Tableau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moyenne1-Accent2">
    <w:name w:val="Medium Grid 1 Accent 2"/>
    <w:basedOn w:val="Tableau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moyenne1-Accent3">
    <w:name w:val="Medium Grid 1 Accent 3"/>
    <w:basedOn w:val="Tableau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moyenne1-Accent4">
    <w:name w:val="Medium Grid 1 Accent 4"/>
    <w:basedOn w:val="Tableau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moyenne1-Accent5">
    <w:name w:val="Medium Grid 1 Accent 5"/>
    <w:basedOn w:val="Tableau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moyenne1-Accent6">
    <w:name w:val="Medium Grid 1 Accent 6"/>
    <w:basedOn w:val="Tableau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moyenne2">
    <w:name w:val="Medium Grid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2-Accent1">
    <w:name w:val="Medium Grid 2 Accent 1"/>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llemoyenne2-Accent2">
    <w:name w:val="Medium Grid 2 Accent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llemoyenne2-Accent3">
    <w:name w:val="Medium Grid 2 Accent 3"/>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llemoyenne2-Accent4">
    <w:name w:val="Medium Grid 2 Accent 4"/>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llemoyenne2-Accent5">
    <w:name w:val="Medium Grid 2 Accent 5"/>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llemoyenne2-Accent6">
    <w:name w:val="Medium Grid 2 Accent 6"/>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llemoyenne3">
    <w:name w:val="Medium Grid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3-Accent1">
    <w:name w:val="Medium Grid 3 Accent 1"/>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llemoyenne3-Accent2">
    <w:name w:val="Medium Grid 3 Accent 2"/>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llemoyenne3-Accent3">
    <w:name w:val="Medium Grid 3 Accent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llemoyenne3-Accent4">
    <w:name w:val="Medium Grid 3 Accent 4"/>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llemoyenne3-Accent5">
    <w:name w:val="Medium Grid 3 Accent 5"/>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llemoyenne3-Accent6">
    <w:name w:val="Medium Grid 3 Accent 6"/>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efonce">
    <w:name w:val="Dark List"/>
    <w:basedOn w:val="Tableau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efonce-Accent1">
    <w:name w:val="Dark List Accent 1"/>
    <w:basedOn w:val="Tableau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efonce-Accent2">
    <w:name w:val="Dark List Accent 2"/>
    <w:basedOn w:val="Tableau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efonce-Accent3">
    <w:name w:val="Dark List Accent 3"/>
    <w:basedOn w:val="Tableau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efonce-Accent4">
    <w:name w:val="Dark List Accent 4"/>
    <w:basedOn w:val="Tableau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efonce-Accent5">
    <w:name w:val="Dark List Accent 5"/>
    <w:basedOn w:val="Tableau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efonce-Accent6">
    <w:name w:val="Dark List Accent 6"/>
    <w:basedOn w:val="Tableau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Tramecouleur">
    <w:name w:val="Colorful Shading"/>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Tramecouleur-Accent4">
    <w:name w:val="Colorful Shading Accent 4"/>
    <w:basedOn w:val="Tableau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ecouleur">
    <w:name w:val="Colorful List"/>
    <w:basedOn w:val="Tableau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ecouleur-Accent1">
    <w:name w:val="Colorful List Accent 1"/>
    <w:basedOn w:val="Tableau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ecouleur-Accent2">
    <w:name w:val="Colorful List Accent 2"/>
    <w:basedOn w:val="Tableau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ecouleur-Accent3">
    <w:name w:val="Colorful List Accent 3"/>
    <w:basedOn w:val="Tableau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ecouleur-Accent4">
    <w:name w:val="Colorful List Accent 4"/>
    <w:basedOn w:val="Tableau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ecouleur-Accent5">
    <w:name w:val="Colorful List Accent 5"/>
    <w:basedOn w:val="Tableau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ecouleur-Accent6">
    <w:name w:val="Colorful List Accent 6"/>
    <w:basedOn w:val="Tableau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llecouleur">
    <w:name w:val="Colorful Grid"/>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couleur-Accent1">
    <w:name w:val="Colorful Grid Accent 1"/>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couleur-Accent2">
    <w:name w:val="Colorful Grid Accent 2"/>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couleur-Accent3">
    <w:name w:val="Colorful Grid Accent 3"/>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couleur-Accent4">
    <w:name w:val="Colorful Grid Accent 4"/>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couleur-Accent5">
    <w:name w:val="Colorful Grid Accent 5"/>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couleur-Accent6">
    <w:name w:val="Colorful Grid Accent 6"/>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Lienhypertexte">
    <w:name w:val="Hyperlink"/>
    <w:basedOn w:val="Policepardfaut"/>
    <w:uiPriority w:val="99"/>
    <w:unhideWhenUsed/>
    <w:rsid w:val="006F5383"/>
    <w:rPr>
      <w:color w:val="0000FF" w:themeColor="hyperlink"/>
      <w:u w:val="single"/>
    </w:rPr>
  </w:style>
  <w:style w:type="character" w:styleId="Mentionnonrsolue">
    <w:name w:val="Unresolved Mention"/>
    <w:basedOn w:val="Policepardfaut"/>
    <w:uiPriority w:val="99"/>
    <w:semiHidden/>
    <w:unhideWhenUsed/>
    <w:rsid w:val="006F53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louperrotpsychologu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157</Words>
  <Characters>867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1022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Perrot Lou</cp:lastModifiedBy>
  <cp:revision>9</cp:revision>
  <dcterms:created xsi:type="dcterms:W3CDTF">2013-12-23T23:15:00Z</dcterms:created>
  <dcterms:modified xsi:type="dcterms:W3CDTF">2025-06-23T13:09:00Z</dcterms:modified>
  <cp:category/>
</cp:coreProperties>
</file>